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471A2" w14:textId="6A0B546B" w:rsidR="00532FFA" w:rsidRPr="00BA28D4" w:rsidRDefault="00BA28D4" w:rsidP="004C770F">
      <w:pPr>
        <w:pStyle w:val="Cmsor1"/>
        <w:jc w:val="center"/>
        <w:rPr>
          <w:color w:val="auto"/>
        </w:rPr>
      </w:pPr>
      <w:proofErr w:type="spellStart"/>
      <w:r w:rsidRPr="00BA28D4">
        <w:rPr>
          <w:color w:val="auto"/>
        </w:rPr>
        <w:t>Versenyképes</w:t>
      </w:r>
      <w:proofErr w:type="spellEnd"/>
      <w:r w:rsidRPr="00BA28D4">
        <w:rPr>
          <w:color w:val="auto"/>
        </w:rPr>
        <w:t xml:space="preserve"> </w:t>
      </w:r>
      <w:proofErr w:type="spellStart"/>
      <w:r w:rsidRPr="00BA28D4">
        <w:rPr>
          <w:color w:val="auto"/>
        </w:rPr>
        <w:t>Járások</w:t>
      </w:r>
      <w:proofErr w:type="spellEnd"/>
      <w:r w:rsidRPr="00BA28D4">
        <w:rPr>
          <w:color w:val="auto"/>
        </w:rPr>
        <w:t xml:space="preserve"> Program </w:t>
      </w:r>
      <w:r w:rsidR="005222FA">
        <w:rPr>
          <w:color w:val="auto"/>
        </w:rPr>
        <w:t xml:space="preserve">II. </w:t>
      </w:r>
      <w:r w:rsidRPr="00BA28D4">
        <w:rPr>
          <w:color w:val="auto"/>
        </w:rPr>
        <w:t xml:space="preserve">– </w:t>
      </w:r>
      <w:proofErr w:type="spellStart"/>
      <w:r w:rsidR="004C770F" w:rsidRPr="004C770F">
        <w:rPr>
          <w:color w:val="auto"/>
        </w:rPr>
        <w:t>Szabadidős</w:t>
      </w:r>
      <w:proofErr w:type="spellEnd"/>
      <w:r w:rsidR="004C770F" w:rsidRPr="004C770F">
        <w:rPr>
          <w:color w:val="auto"/>
        </w:rPr>
        <w:t xml:space="preserve">- és </w:t>
      </w:r>
      <w:proofErr w:type="spellStart"/>
      <w:r w:rsidR="004C770F" w:rsidRPr="004C770F">
        <w:rPr>
          <w:color w:val="auto"/>
        </w:rPr>
        <w:t>gyermek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fejlődését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támogató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infrastruktúrák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felújítása</w:t>
      </w:r>
      <w:proofErr w:type="spellEnd"/>
      <w:r w:rsidR="004C770F" w:rsidRPr="004C770F">
        <w:rPr>
          <w:color w:val="auto"/>
        </w:rPr>
        <w:t xml:space="preserve">, </w:t>
      </w:r>
      <w:proofErr w:type="spellStart"/>
      <w:r w:rsidR="004C770F" w:rsidRPr="004C770F">
        <w:rPr>
          <w:color w:val="auto"/>
        </w:rPr>
        <w:t>fejlesztése</w:t>
      </w:r>
      <w:proofErr w:type="spellEnd"/>
      <w:r w:rsidR="004C770F" w:rsidRPr="004C770F">
        <w:rPr>
          <w:color w:val="auto"/>
        </w:rPr>
        <w:t xml:space="preserve">, </w:t>
      </w:r>
      <w:proofErr w:type="spellStart"/>
      <w:r w:rsidR="004C770F" w:rsidRPr="004C770F">
        <w:rPr>
          <w:color w:val="auto"/>
        </w:rPr>
        <w:t>továbbá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gyermekek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járási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nyári</w:t>
      </w:r>
      <w:proofErr w:type="spellEnd"/>
      <w:r w:rsidR="004C770F" w:rsidRPr="004C770F">
        <w:rPr>
          <w:color w:val="auto"/>
        </w:rPr>
        <w:t xml:space="preserve"> és </w:t>
      </w:r>
      <w:proofErr w:type="spellStart"/>
      <w:r w:rsidR="004C770F" w:rsidRPr="004C770F">
        <w:rPr>
          <w:color w:val="auto"/>
        </w:rPr>
        <w:t>napközis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táboroztatása</w:t>
      </w:r>
      <w:proofErr w:type="spellEnd"/>
      <w:r w:rsidR="004C770F" w:rsidRPr="004C770F">
        <w:rPr>
          <w:color w:val="auto"/>
        </w:rPr>
        <w:t xml:space="preserve"> a </w:t>
      </w:r>
      <w:proofErr w:type="spellStart"/>
      <w:r w:rsidR="004C770F" w:rsidRPr="004C770F">
        <w:rPr>
          <w:color w:val="auto"/>
        </w:rPr>
        <w:t>békéscsabai</w:t>
      </w:r>
      <w:proofErr w:type="spellEnd"/>
      <w:r w:rsidR="004C770F" w:rsidRPr="004C770F">
        <w:rPr>
          <w:color w:val="auto"/>
        </w:rPr>
        <w:t xml:space="preserve"> </w:t>
      </w:r>
      <w:proofErr w:type="spellStart"/>
      <w:r w:rsidR="004C770F" w:rsidRPr="004C770F">
        <w:rPr>
          <w:color w:val="auto"/>
        </w:rPr>
        <w:t>járásban</w:t>
      </w:r>
      <w:proofErr w:type="spellEnd"/>
      <w:r w:rsidR="004C770F" w:rsidRPr="004C770F">
        <w:rPr>
          <w:color w:val="auto"/>
        </w:rPr>
        <w:t xml:space="preserve"> "B"</w:t>
      </w:r>
      <w:r w:rsidRPr="00BA28D4">
        <w:rPr>
          <w:color w:val="auto"/>
        </w:rPr>
        <w:t xml:space="preserve"> </w:t>
      </w:r>
      <w:r w:rsidRPr="00146019">
        <w:rPr>
          <w:i/>
          <w:iCs/>
          <w:color w:val="auto"/>
        </w:rPr>
        <w:t>(</w:t>
      </w:r>
      <w:r w:rsidR="004C770F">
        <w:rPr>
          <w:i/>
          <w:iCs/>
          <w:color w:val="auto"/>
        </w:rPr>
        <w:t>4009</w:t>
      </w:r>
      <w:r w:rsidRPr="00146019">
        <w:rPr>
          <w:i/>
          <w:iCs/>
          <w:color w:val="auto"/>
        </w:rPr>
        <w:t>)</w:t>
      </w:r>
    </w:p>
    <w:p w14:paraId="0C48CCB4" w14:textId="77777777" w:rsidR="004C770F" w:rsidRDefault="004C770F">
      <w:pPr>
        <w:rPr>
          <w:b/>
        </w:rPr>
      </w:pPr>
    </w:p>
    <w:p w14:paraId="55A7FA83" w14:textId="4FB2753F" w:rsidR="00532FFA" w:rsidRDefault="00BA28D4">
      <w:r>
        <w:rPr>
          <w:b/>
        </w:rPr>
        <w:t xml:space="preserve">a </w:t>
      </w:r>
      <w:proofErr w:type="spellStart"/>
      <w:r>
        <w:rPr>
          <w:b/>
        </w:rPr>
        <w:t>fejlesztés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tárgya</w:t>
      </w:r>
      <w:proofErr w:type="spellEnd"/>
    </w:p>
    <w:p w14:paraId="69586599" w14:textId="77777777" w:rsidR="004C770F" w:rsidRPr="000067E8" w:rsidRDefault="004C770F" w:rsidP="000067E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0067E8">
        <w:rPr>
          <w:rFonts w:ascii="Times New Roman" w:hAnsi="Times New Roman" w:cs="Times New Roman"/>
          <w:szCs w:val="24"/>
        </w:rPr>
        <w:t xml:space="preserve">Szabadidős- és </w:t>
      </w:r>
      <w:proofErr w:type="spellStart"/>
      <w:r w:rsidRPr="000067E8">
        <w:rPr>
          <w:rFonts w:ascii="Times New Roman" w:hAnsi="Times New Roman" w:cs="Times New Roman"/>
          <w:szCs w:val="24"/>
        </w:rPr>
        <w:t>gyermek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fejlődését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támogató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infrastruktúrák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felújítása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0067E8">
        <w:rPr>
          <w:rFonts w:ascii="Times New Roman" w:hAnsi="Times New Roman" w:cs="Times New Roman"/>
          <w:szCs w:val="24"/>
        </w:rPr>
        <w:t>fejlesztése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0067E8">
        <w:rPr>
          <w:rFonts w:ascii="Times New Roman" w:hAnsi="Times New Roman" w:cs="Times New Roman"/>
          <w:szCs w:val="24"/>
        </w:rPr>
        <w:t>továbbá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gyermekek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járási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nyári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és </w:t>
      </w:r>
      <w:proofErr w:type="spellStart"/>
      <w:r w:rsidRPr="000067E8">
        <w:rPr>
          <w:rFonts w:ascii="Times New Roman" w:hAnsi="Times New Roman" w:cs="Times New Roman"/>
          <w:szCs w:val="24"/>
        </w:rPr>
        <w:t>napközis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táboroztatása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a </w:t>
      </w:r>
      <w:proofErr w:type="spellStart"/>
      <w:r w:rsidRPr="000067E8">
        <w:rPr>
          <w:rFonts w:ascii="Times New Roman" w:hAnsi="Times New Roman" w:cs="Times New Roman"/>
          <w:szCs w:val="24"/>
        </w:rPr>
        <w:t>békéscsabai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067E8">
        <w:rPr>
          <w:rFonts w:ascii="Times New Roman" w:hAnsi="Times New Roman" w:cs="Times New Roman"/>
          <w:szCs w:val="24"/>
        </w:rPr>
        <w:t>járásban</w:t>
      </w:r>
      <w:proofErr w:type="spellEnd"/>
      <w:r w:rsidRPr="000067E8">
        <w:rPr>
          <w:rFonts w:ascii="Times New Roman" w:hAnsi="Times New Roman" w:cs="Times New Roman"/>
          <w:szCs w:val="24"/>
        </w:rPr>
        <w:t xml:space="preserve"> "B"</w:t>
      </w:r>
    </w:p>
    <w:p w14:paraId="2055B715" w14:textId="77777777" w:rsidR="004C770F" w:rsidRDefault="004C770F" w:rsidP="00607CEE">
      <w:pPr>
        <w:spacing w:after="0" w:line="240" w:lineRule="auto"/>
        <w:rPr>
          <w:rFonts w:ascii="Times New Roman" w:hAnsi="Times New Roman" w:cs="Times New Roman"/>
          <w:b/>
          <w:bCs/>
          <w:szCs w:val="24"/>
          <w:highlight w:val="yellow"/>
        </w:rPr>
      </w:pPr>
    </w:p>
    <w:p w14:paraId="063237D6" w14:textId="00F5768F" w:rsidR="00607CEE" w:rsidRPr="005B3910" w:rsidRDefault="00607CEE" w:rsidP="00607CEE">
      <w:pPr>
        <w:spacing w:after="0" w:line="240" w:lineRule="auto"/>
        <w:rPr>
          <w:rFonts w:ascii="Times New Roman" w:hAnsi="Times New Roman" w:cs="Times New Roman"/>
          <w:szCs w:val="24"/>
          <w:lang w:val="hu-HU"/>
        </w:rPr>
      </w:pPr>
      <w:r w:rsidRPr="000067E8">
        <w:rPr>
          <w:rFonts w:ascii="Times New Roman" w:hAnsi="Times New Roman" w:cs="Times New Roman"/>
          <w:b/>
          <w:bCs/>
          <w:szCs w:val="24"/>
          <w:lang w:val="hu-HU"/>
        </w:rPr>
        <w:t xml:space="preserve">a projekt azonosító száma: </w:t>
      </w:r>
      <w:r w:rsidR="000067E8" w:rsidRPr="000067E8">
        <w:rPr>
          <w:rFonts w:ascii="Times New Roman" w:hAnsi="Times New Roman" w:cs="Times New Roman"/>
          <w:szCs w:val="24"/>
          <w:lang w:val="hu-HU"/>
        </w:rPr>
        <w:t>2/4009</w:t>
      </w:r>
    </w:p>
    <w:p w14:paraId="6792CF93" w14:textId="77777777" w:rsidR="00607CEE" w:rsidRDefault="00607CEE">
      <w:pPr>
        <w:rPr>
          <w:b/>
        </w:rPr>
      </w:pPr>
    </w:p>
    <w:p w14:paraId="16CE9687" w14:textId="07411A18" w:rsidR="00532FFA" w:rsidRPr="005B3910" w:rsidRDefault="00BA28D4">
      <w:r w:rsidRPr="005B3910">
        <w:rPr>
          <w:b/>
        </w:rPr>
        <w:t xml:space="preserve">a </w:t>
      </w:r>
      <w:proofErr w:type="spellStart"/>
      <w:r w:rsidRPr="005B3910">
        <w:rPr>
          <w:b/>
        </w:rPr>
        <w:t>szerződött</w:t>
      </w:r>
      <w:proofErr w:type="spellEnd"/>
      <w:r w:rsidRPr="005B3910">
        <w:rPr>
          <w:b/>
        </w:rPr>
        <w:t xml:space="preserve"> </w:t>
      </w:r>
      <w:proofErr w:type="spellStart"/>
      <w:r w:rsidRPr="005B3910">
        <w:rPr>
          <w:b/>
        </w:rPr>
        <w:t>támogatás</w:t>
      </w:r>
      <w:proofErr w:type="spellEnd"/>
      <w:r w:rsidRPr="005B3910">
        <w:rPr>
          <w:b/>
        </w:rPr>
        <w:t xml:space="preserve"> </w:t>
      </w:r>
      <w:proofErr w:type="spellStart"/>
      <w:r w:rsidRPr="005B3910">
        <w:rPr>
          <w:b/>
        </w:rPr>
        <w:t>összege</w:t>
      </w:r>
      <w:proofErr w:type="spellEnd"/>
    </w:p>
    <w:p w14:paraId="1FD5B205" w14:textId="40C4540A" w:rsidR="00607CEE" w:rsidRPr="005B3910" w:rsidRDefault="007E3F17" w:rsidP="00607CEE">
      <w:pPr>
        <w:spacing w:after="0" w:line="240" w:lineRule="auto"/>
        <w:jc w:val="both"/>
        <w:rPr>
          <w:rFonts w:asciiTheme="majorHAnsi" w:hAnsiTheme="majorHAnsi" w:cstheme="majorHAnsi"/>
          <w:szCs w:val="24"/>
          <w:lang w:val="hu-HU"/>
        </w:rPr>
      </w:pPr>
      <w:r>
        <w:rPr>
          <w:rFonts w:asciiTheme="majorHAnsi" w:hAnsiTheme="majorHAnsi" w:cstheme="majorHAnsi"/>
          <w:bCs/>
          <w:szCs w:val="24"/>
          <w:lang w:val="hu-HU"/>
        </w:rPr>
        <w:t>203</w:t>
      </w:r>
      <w:r w:rsidR="00607CEE" w:rsidRPr="005B3910">
        <w:rPr>
          <w:rFonts w:asciiTheme="majorHAnsi" w:hAnsiTheme="majorHAnsi" w:cstheme="majorHAnsi"/>
          <w:bCs/>
          <w:szCs w:val="24"/>
          <w:lang w:val="hu-HU"/>
        </w:rPr>
        <w:t>.</w:t>
      </w:r>
      <w:r>
        <w:rPr>
          <w:rFonts w:asciiTheme="majorHAnsi" w:hAnsiTheme="majorHAnsi" w:cstheme="majorHAnsi"/>
          <w:bCs/>
          <w:szCs w:val="24"/>
          <w:lang w:val="hu-HU"/>
        </w:rPr>
        <w:t>854</w:t>
      </w:r>
      <w:r w:rsidR="00607CEE" w:rsidRPr="005B3910">
        <w:rPr>
          <w:rFonts w:asciiTheme="majorHAnsi" w:hAnsiTheme="majorHAnsi" w:cstheme="majorHAnsi"/>
          <w:bCs/>
          <w:szCs w:val="24"/>
          <w:lang w:val="hu-HU"/>
        </w:rPr>
        <w:t>.000,- Ft, amelyből</w:t>
      </w:r>
      <w:r w:rsidR="00607CEE" w:rsidRPr="005B3910">
        <w:rPr>
          <w:rFonts w:asciiTheme="majorHAnsi" w:hAnsiTheme="majorHAnsi" w:cstheme="majorHAnsi"/>
          <w:b/>
          <w:szCs w:val="24"/>
          <w:lang w:val="hu-HU"/>
        </w:rPr>
        <w:t xml:space="preserve"> </w:t>
      </w:r>
      <w:r w:rsidR="00607CEE" w:rsidRPr="005B3910">
        <w:rPr>
          <w:rFonts w:asciiTheme="majorHAnsi" w:hAnsiTheme="majorHAnsi" w:cstheme="majorHAnsi"/>
          <w:szCs w:val="24"/>
          <w:lang w:val="hu-HU"/>
        </w:rPr>
        <w:t xml:space="preserve">Békéscsaba Megyei Jogú Város Önkormányzata </w:t>
      </w:r>
      <w:proofErr w:type="gramStart"/>
      <w:r>
        <w:rPr>
          <w:rFonts w:asciiTheme="majorHAnsi" w:hAnsiTheme="majorHAnsi" w:cstheme="majorHAnsi"/>
          <w:szCs w:val="24"/>
          <w:lang w:val="hu-HU"/>
        </w:rPr>
        <w:t>100</w:t>
      </w:r>
      <w:r w:rsidR="00607CEE" w:rsidRPr="005B3910">
        <w:rPr>
          <w:rFonts w:asciiTheme="majorHAnsi" w:hAnsiTheme="majorHAnsi" w:cstheme="majorHAnsi"/>
          <w:szCs w:val="24"/>
          <w:lang w:val="hu-HU"/>
        </w:rPr>
        <w:t>.</w:t>
      </w:r>
      <w:r>
        <w:rPr>
          <w:rFonts w:asciiTheme="majorHAnsi" w:hAnsiTheme="majorHAnsi" w:cstheme="majorHAnsi"/>
          <w:szCs w:val="24"/>
          <w:lang w:val="hu-HU"/>
        </w:rPr>
        <w:t>0</w:t>
      </w:r>
      <w:r w:rsidR="005222FA">
        <w:rPr>
          <w:rFonts w:asciiTheme="majorHAnsi" w:hAnsiTheme="majorHAnsi" w:cstheme="majorHAnsi"/>
          <w:szCs w:val="24"/>
          <w:lang w:val="hu-HU"/>
        </w:rPr>
        <w:t>00</w:t>
      </w:r>
      <w:r w:rsidR="00607CEE" w:rsidRPr="005B3910">
        <w:rPr>
          <w:rFonts w:asciiTheme="majorHAnsi" w:hAnsiTheme="majorHAnsi" w:cstheme="majorHAnsi"/>
          <w:szCs w:val="24"/>
          <w:lang w:val="hu-HU"/>
        </w:rPr>
        <w:t>.000,-</w:t>
      </w:r>
      <w:proofErr w:type="gramEnd"/>
      <w:r w:rsidR="00607CEE" w:rsidRPr="005B3910">
        <w:rPr>
          <w:rFonts w:asciiTheme="majorHAnsi" w:hAnsiTheme="majorHAnsi" w:cstheme="majorHAnsi"/>
          <w:szCs w:val="24"/>
          <w:lang w:val="hu-HU"/>
        </w:rPr>
        <w:t xml:space="preserve"> Ft támogatásban részesül</w:t>
      </w:r>
    </w:p>
    <w:p w14:paraId="61A20639" w14:textId="77777777" w:rsidR="00607CEE" w:rsidRDefault="00607CEE">
      <w:pPr>
        <w:jc w:val="both"/>
      </w:pPr>
    </w:p>
    <w:p w14:paraId="30853A2E" w14:textId="5D3AB7F2" w:rsidR="00532FFA" w:rsidRPr="00FB1BB0" w:rsidRDefault="00BA28D4">
      <w:pPr>
        <w:rPr>
          <w:b/>
        </w:rPr>
      </w:pPr>
      <w:r w:rsidRPr="00FB1BB0">
        <w:rPr>
          <w:b/>
        </w:rPr>
        <w:t xml:space="preserve">a </w:t>
      </w:r>
      <w:proofErr w:type="spellStart"/>
      <w:r w:rsidRPr="00FB1BB0">
        <w:rPr>
          <w:b/>
        </w:rPr>
        <w:t>projekt</w:t>
      </w:r>
      <w:proofErr w:type="spellEnd"/>
      <w:r w:rsidRPr="00FB1BB0">
        <w:rPr>
          <w:b/>
        </w:rPr>
        <w:t xml:space="preserve"> </w:t>
      </w:r>
      <w:proofErr w:type="spellStart"/>
      <w:r w:rsidRPr="00FB1BB0">
        <w:rPr>
          <w:b/>
        </w:rPr>
        <w:t>tartalmának</w:t>
      </w:r>
      <w:proofErr w:type="spellEnd"/>
      <w:r w:rsidRPr="00FB1BB0">
        <w:rPr>
          <w:b/>
        </w:rPr>
        <w:t xml:space="preserve"> </w:t>
      </w:r>
      <w:proofErr w:type="spellStart"/>
      <w:r w:rsidRPr="00FB1BB0">
        <w:rPr>
          <w:b/>
        </w:rPr>
        <w:t>részletes</w:t>
      </w:r>
      <w:proofErr w:type="spellEnd"/>
      <w:r w:rsidRPr="00FB1BB0">
        <w:rPr>
          <w:b/>
        </w:rPr>
        <w:t xml:space="preserve"> </w:t>
      </w:r>
      <w:proofErr w:type="spellStart"/>
      <w:r w:rsidRPr="00FB1BB0">
        <w:rPr>
          <w:b/>
        </w:rPr>
        <w:t>emutatása</w:t>
      </w:r>
      <w:proofErr w:type="spellEnd"/>
    </w:p>
    <w:p w14:paraId="2F5B47CB" w14:textId="77777777" w:rsidR="00B63B90" w:rsidRPr="00B63B90" w:rsidRDefault="00B63B90" w:rsidP="00B63B90">
      <w:pPr>
        <w:jc w:val="both"/>
        <w:rPr>
          <w:lang w:val="hu-HU"/>
        </w:rPr>
      </w:pPr>
      <w:r w:rsidRPr="00B63B90">
        <w:rPr>
          <w:lang w:val="hu-HU"/>
        </w:rPr>
        <w:t xml:space="preserve">Békéscsaba Megyei Jogú Város Önkormányzata a Versenyképes Járások Program II. keretében 100.000.000 Ft támogatásban részesült az Árpád </w:t>
      </w:r>
      <w:proofErr w:type="spellStart"/>
      <w:r w:rsidRPr="00B63B90">
        <w:rPr>
          <w:lang w:val="hu-HU"/>
        </w:rPr>
        <w:t>Gyógy</w:t>
      </w:r>
      <w:proofErr w:type="spellEnd"/>
      <w:r w:rsidRPr="00B63B90">
        <w:rPr>
          <w:lang w:val="hu-HU"/>
        </w:rPr>
        <w:t>- és Strandfürdő, valamint uszoda működtetési feladatainak támogatására.</w:t>
      </w:r>
    </w:p>
    <w:p w14:paraId="5BDE153B" w14:textId="77777777" w:rsidR="00B63B90" w:rsidRPr="00B63B90" w:rsidRDefault="00B63B90" w:rsidP="00B63B90">
      <w:pPr>
        <w:jc w:val="both"/>
        <w:rPr>
          <w:lang w:val="hu-HU"/>
        </w:rPr>
      </w:pPr>
      <w:r w:rsidRPr="00B63B90">
        <w:rPr>
          <w:lang w:val="hu-HU"/>
        </w:rPr>
        <w:t xml:space="preserve">A projekt keretében biztosított támogatás az Árpád </w:t>
      </w:r>
      <w:proofErr w:type="spellStart"/>
      <w:r w:rsidRPr="00B63B90">
        <w:rPr>
          <w:lang w:val="hu-HU"/>
        </w:rPr>
        <w:t>Gyógy</w:t>
      </w:r>
      <w:proofErr w:type="spellEnd"/>
      <w:r w:rsidRPr="00B63B90">
        <w:rPr>
          <w:lang w:val="hu-HU"/>
        </w:rPr>
        <w:t>- és Strandfürdő (5600 Békéscsaba, Árpád sor, hrsz.: 3.) és az uszoda üzemeltetéséhez kapcsolódó feladatok ellátását szolgálja.</w:t>
      </w:r>
    </w:p>
    <w:p w14:paraId="71E15425" w14:textId="77777777" w:rsidR="00B63B90" w:rsidRPr="00B63B90" w:rsidRDefault="00B63B90" w:rsidP="00B63B90">
      <w:pPr>
        <w:jc w:val="both"/>
        <w:rPr>
          <w:lang w:val="hu-HU"/>
        </w:rPr>
      </w:pPr>
      <w:r w:rsidRPr="00B63B90">
        <w:rPr>
          <w:lang w:val="hu-HU"/>
        </w:rPr>
        <w:t xml:space="preserve">Az Árpád </w:t>
      </w:r>
      <w:proofErr w:type="spellStart"/>
      <w:r w:rsidRPr="00B63B90">
        <w:rPr>
          <w:lang w:val="hu-HU"/>
        </w:rPr>
        <w:t>Gyógy</w:t>
      </w:r>
      <w:proofErr w:type="spellEnd"/>
      <w:r w:rsidRPr="00B63B90">
        <w:rPr>
          <w:lang w:val="hu-HU"/>
        </w:rPr>
        <w:t>- és Strandfürdő és uszoda Békéscsaba, valamint a békéscsabai járás egyik meghatározó sport- és rekreációs létesítménye, amely térségi szinten is kiemelt szerepet tölt be. A létesítmény biztosítja a lakosság szabadidős sportolási lehetőségeit, az iskolai úszásoktatás és a diáksport programok lebonyolítását, továbbá számos sportegyesület és közösség rendszeres használatát.</w:t>
      </w:r>
    </w:p>
    <w:p w14:paraId="6C65F5DE" w14:textId="77777777" w:rsidR="00B63B90" w:rsidRPr="00B63B90" w:rsidRDefault="00B63B90" w:rsidP="00B63B90">
      <w:pPr>
        <w:jc w:val="both"/>
        <w:rPr>
          <w:lang w:val="hu-HU"/>
        </w:rPr>
      </w:pPr>
      <w:r w:rsidRPr="00B63B90">
        <w:rPr>
          <w:lang w:val="hu-HU"/>
        </w:rPr>
        <w:t xml:space="preserve">A támogatás célja a fürdő és az uszoda biztonságos, folyamatos és magas színvonalú működésének biztosítása, valamint az üzemeltetéshez kapcsolódó feladatok ellátásának támogatása. A forrás hozzájárul ahhoz, hogy a létesítmény továbbra is megfelelő körülményeket biztosítson a sportolni, úszni, </w:t>
      </w:r>
      <w:proofErr w:type="spellStart"/>
      <w:r w:rsidRPr="00B63B90">
        <w:rPr>
          <w:lang w:val="hu-HU"/>
        </w:rPr>
        <w:t>rekreálódni</w:t>
      </w:r>
      <w:proofErr w:type="spellEnd"/>
      <w:r w:rsidRPr="00B63B90">
        <w:rPr>
          <w:lang w:val="hu-HU"/>
        </w:rPr>
        <w:t xml:space="preserve"> és kikapcsolódni vágyók számára.</w:t>
      </w:r>
    </w:p>
    <w:p w14:paraId="1E962B2E" w14:textId="77777777" w:rsidR="00B63B90" w:rsidRPr="00B63B90" w:rsidRDefault="00B63B90" w:rsidP="00B63B90">
      <w:pPr>
        <w:jc w:val="both"/>
        <w:rPr>
          <w:lang w:val="hu-HU"/>
        </w:rPr>
      </w:pPr>
      <w:r w:rsidRPr="00B63B90">
        <w:rPr>
          <w:lang w:val="hu-HU"/>
        </w:rPr>
        <w:lastRenderedPageBreak/>
        <w:t xml:space="preserve">A projekt eredményeként biztosítható a térségi jelentőségű Árpád </w:t>
      </w:r>
      <w:proofErr w:type="spellStart"/>
      <w:r w:rsidRPr="00B63B90">
        <w:rPr>
          <w:lang w:val="hu-HU"/>
        </w:rPr>
        <w:t>Gyógy</w:t>
      </w:r>
      <w:proofErr w:type="spellEnd"/>
      <w:r w:rsidRPr="00B63B90">
        <w:rPr>
          <w:lang w:val="hu-HU"/>
        </w:rPr>
        <w:t>- és Strandfürdő és uszoda zavartalan működése, amely fontos szerepet tölt be a lakosság egészségmegőrzésében, a gyermekek és fiatalok sportolási lehetőségeinek biztosításában, valamint a város és a járás közösségi életének erősítésében.</w:t>
      </w:r>
    </w:p>
    <w:p w14:paraId="02033BFC" w14:textId="77777777" w:rsidR="00B63B90" w:rsidRPr="00B63B90" w:rsidRDefault="00B63B90" w:rsidP="00B63B90">
      <w:pPr>
        <w:jc w:val="both"/>
        <w:rPr>
          <w:lang w:val="hu-HU"/>
        </w:rPr>
      </w:pPr>
      <w:r w:rsidRPr="00B63B90">
        <w:rPr>
          <w:lang w:val="hu-HU"/>
        </w:rPr>
        <w:t>A projekt célcsoportját Békéscsaba és a járás településeinek lakossága, az oktatási intézmények tanulói, a sportegyesületek, valamint a létesítmény szolgáltatásait igénybe vevő látogatók alkotják.</w:t>
      </w:r>
    </w:p>
    <w:p w14:paraId="35833173" w14:textId="36F95038" w:rsidR="00532FFA" w:rsidRDefault="00BA28D4" w:rsidP="00607CEE">
      <w:r w:rsidRPr="00FB1BB0">
        <w:rPr>
          <w:b/>
        </w:rPr>
        <w:t xml:space="preserve">a </w:t>
      </w:r>
      <w:proofErr w:type="spellStart"/>
      <w:r w:rsidRPr="00FB1BB0">
        <w:rPr>
          <w:b/>
        </w:rPr>
        <w:t>projekt</w:t>
      </w:r>
      <w:proofErr w:type="spellEnd"/>
      <w:r w:rsidRPr="00FB1BB0">
        <w:rPr>
          <w:b/>
        </w:rPr>
        <w:t xml:space="preserve"> </w:t>
      </w:r>
      <w:proofErr w:type="spellStart"/>
      <w:r w:rsidRPr="00FB1BB0">
        <w:rPr>
          <w:b/>
        </w:rPr>
        <w:t>tervezett</w:t>
      </w:r>
      <w:proofErr w:type="spellEnd"/>
      <w:r w:rsidRPr="00FB1BB0">
        <w:rPr>
          <w:b/>
        </w:rPr>
        <w:t xml:space="preserve"> </w:t>
      </w:r>
      <w:proofErr w:type="spellStart"/>
      <w:r w:rsidRPr="00FB1BB0">
        <w:rPr>
          <w:b/>
        </w:rPr>
        <w:t>befejezési</w:t>
      </w:r>
      <w:proofErr w:type="spellEnd"/>
      <w:r w:rsidRPr="00FB1BB0">
        <w:rPr>
          <w:b/>
        </w:rPr>
        <w:t xml:space="preserve"> </w:t>
      </w:r>
      <w:proofErr w:type="spellStart"/>
      <w:r w:rsidRPr="00FB1BB0">
        <w:rPr>
          <w:b/>
        </w:rPr>
        <w:t>dátuma</w:t>
      </w:r>
      <w:proofErr w:type="spellEnd"/>
      <w:r w:rsidR="00607CEE" w:rsidRPr="00FB1BB0">
        <w:rPr>
          <w:b/>
        </w:rPr>
        <w:t xml:space="preserve">: </w:t>
      </w:r>
      <w:r w:rsidRPr="00FB1BB0">
        <w:t>202</w:t>
      </w:r>
      <w:r w:rsidR="00225156" w:rsidRPr="00FB1BB0">
        <w:t>7</w:t>
      </w:r>
      <w:r w:rsidRPr="00FB1BB0">
        <w:t xml:space="preserve">. </w:t>
      </w:r>
      <w:proofErr w:type="spellStart"/>
      <w:r w:rsidRPr="00FB1BB0">
        <w:t>december</w:t>
      </w:r>
      <w:proofErr w:type="spellEnd"/>
      <w:r w:rsidRPr="00FB1BB0">
        <w:t xml:space="preserve"> 31.</w:t>
      </w:r>
    </w:p>
    <w:p w14:paraId="34A42C7D" w14:textId="77777777" w:rsidR="00B823F1" w:rsidRDefault="00B823F1" w:rsidP="00607CEE"/>
    <w:p w14:paraId="02D0D8C5" w14:textId="77777777" w:rsidR="00B823F1" w:rsidRDefault="00B823F1" w:rsidP="00607CEE"/>
    <w:p w14:paraId="4D522D64" w14:textId="77777777" w:rsidR="00B823F1" w:rsidRDefault="00B823F1" w:rsidP="00607CEE"/>
    <w:p w14:paraId="0B25259D" w14:textId="77777777" w:rsidR="00B823F1" w:rsidRDefault="00B823F1" w:rsidP="00607CEE"/>
    <w:p w14:paraId="20212999" w14:textId="77777777" w:rsidR="00B823F1" w:rsidRDefault="00B823F1" w:rsidP="00607CEE"/>
    <w:p w14:paraId="11C0EABF" w14:textId="77777777" w:rsidR="00B823F1" w:rsidRDefault="00B823F1" w:rsidP="00607CEE"/>
    <w:p w14:paraId="115C7404" w14:textId="77777777" w:rsidR="00B823F1" w:rsidRDefault="00B823F1" w:rsidP="00607CEE"/>
    <w:p w14:paraId="5A25EE00" w14:textId="77777777" w:rsidR="00B823F1" w:rsidRDefault="00B823F1" w:rsidP="00607CEE"/>
    <w:p w14:paraId="314F5F7F" w14:textId="77777777" w:rsidR="00B823F1" w:rsidRDefault="00B823F1" w:rsidP="00607CEE"/>
    <w:p w14:paraId="5E4C0E69" w14:textId="77777777" w:rsidR="00B823F1" w:rsidRDefault="00B823F1" w:rsidP="00607CEE"/>
    <w:p w14:paraId="575A9637" w14:textId="77777777" w:rsidR="00B823F1" w:rsidRDefault="00B823F1" w:rsidP="00607CEE"/>
    <w:p w14:paraId="747F2690" w14:textId="77777777" w:rsidR="00B823F1" w:rsidRDefault="00B823F1" w:rsidP="00607CEE"/>
    <w:p w14:paraId="6F0A3D98" w14:textId="7CCE2B84" w:rsidR="00F23FBD" w:rsidRDefault="00F23FBD" w:rsidP="00F23FBD">
      <w:pPr>
        <w:jc w:val="center"/>
      </w:pPr>
      <w:r>
        <w:rPr>
          <w:noProof/>
        </w:rPr>
        <w:drawing>
          <wp:inline distT="0" distB="0" distL="0" distR="0" wp14:anchorId="55AA23BE" wp14:editId="35EC7D7F">
            <wp:extent cx="2219325" cy="1698143"/>
            <wp:effectExtent l="0" t="0" r="0" b="0"/>
            <wp:docPr id="191647578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6" cy="170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3FBD" w:rsidSect="00607CEE">
      <w:headerReference w:type="default" r:id="rId9"/>
      <w:pgSz w:w="12240" w:h="15840"/>
      <w:pgMar w:top="1440" w:right="1800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36A03" w14:textId="77777777" w:rsidR="00170C9F" w:rsidRDefault="00170C9F" w:rsidP="0034497B">
      <w:pPr>
        <w:spacing w:after="0" w:line="240" w:lineRule="auto"/>
      </w:pPr>
      <w:r>
        <w:separator/>
      </w:r>
    </w:p>
  </w:endnote>
  <w:endnote w:type="continuationSeparator" w:id="0">
    <w:p w14:paraId="03927024" w14:textId="77777777" w:rsidR="00170C9F" w:rsidRDefault="00170C9F" w:rsidP="0034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FB90A" w14:textId="77777777" w:rsidR="00170C9F" w:rsidRDefault="00170C9F" w:rsidP="0034497B">
      <w:pPr>
        <w:spacing w:after="0" w:line="240" w:lineRule="auto"/>
      </w:pPr>
      <w:r>
        <w:separator/>
      </w:r>
    </w:p>
  </w:footnote>
  <w:footnote w:type="continuationSeparator" w:id="0">
    <w:p w14:paraId="34C8220E" w14:textId="77777777" w:rsidR="00170C9F" w:rsidRDefault="00170C9F" w:rsidP="0034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014F" w14:textId="753E4C78" w:rsidR="0034497B" w:rsidRDefault="0034497B" w:rsidP="0034497B">
    <w:pPr>
      <w:pStyle w:val="lfej"/>
      <w:jc w:val="center"/>
    </w:pPr>
    <w:r>
      <w:rPr>
        <w:noProof/>
      </w:rPr>
      <w:drawing>
        <wp:inline distT="0" distB="0" distL="0" distR="0" wp14:anchorId="72088762" wp14:editId="09C8C49C">
          <wp:extent cx="1133475" cy="867292"/>
          <wp:effectExtent l="0" t="0" r="0" b="0"/>
          <wp:docPr id="21456201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822" cy="8736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5315172">
    <w:abstractNumId w:val="8"/>
  </w:num>
  <w:num w:numId="2" w16cid:durableId="2057780873">
    <w:abstractNumId w:val="6"/>
  </w:num>
  <w:num w:numId="3" w16cid:durableId="1202791598">
    <w:abstractNumId w:val="5"/>
  </w:num>
  <w:num w:numId="4" w16cid:durableId="563837400">
    <w:abstractNumId w:val="4"/>
  </w:num>
  <w:num w:numId="5" w16cid:durableId="1129976122">
    <w:abstractNumId w:val="7"/>
  </w:num>
  <w:num w:numId="6" w16cid:durableId="1301568918">
    <w:abstractNumId w:val="3"/>
  </w:num>
  <w:num w:numId="7" w16cid:durableId="1888181696">
    <w:abstractNumId w:val="2"/>
  </w:num>
  <w:num w:numId="8" w16cid:durableId="997198326">
    <w:abstractNumId w:val="1"/>
  </w:num>
  <w:num w:numId="9" w16cid:durableId="188344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7E8"/>
    <w:rsid w:val="00034616"/>
    <w:rsid w:val="0006063C"/>
    <w:rsid w:val="00075CD6"/>
    <w:rsid w:val="000B3CC5"/>
    <w:rsid w:val="000F2484"/>
    <w:rsid w:val="00133099"/>
    <w:rsid w:val="00146019"/>
    <w:rsid w:val="0015074B"/>
    <w:rsid w:val="00170C9F"/>
    <w:rsid w:val="001F518E"/>
    <w:rsid w:val="00225156"/>
    <w:rsid w:val="00252FB4"/>
    <w:rsid w:val="0029639D"/>
    <w:rsid w:val="00326F90"/>
    <w:rsid w:val="0034497B"/>
    <w:rsid w:val="003E47A0"/>
    <w:rsid w:val="004C770F"/>
    <w:rsid w:val="005222FA"/>
    <w:rsid w:val="00532FFA"/>
    <w:rsid w:val="00556A1C"/>
    <w:rsid w:val="00566BDE"/>
    <w:rsid w:val="005B3910"/>
    <w:rsid w:val="00607CEE"/>
    <w:rsid w:val="00653C6C"/>
    <w:rsid w:val="00654C45"/>
    <w:rsid w:val="007379DF"/>
    <w:rsid w:val="007A5B07"/>
    <w:rsid w:val="007E3F17"/>
    <w:rsid w:val="007E5A4A"/>
    <w:rsid w:val="008C1922"/>
    <w:rsid w:val="009A4178"/>
    <w:rsid w:val="00A2621C"/>
    <w:rsid w:val="00AA1D8D"/>
    <w:rsid w:val="00B473FA"/>
    <w:rsid w:val="00B47730"/>
    <w:rsid w:val="00B63B90"/>
    <w:rsid w:val="00B823F1"/>
    <w:rsid w:val="00B973B3"/>
    <w:rsid w:val="00BA28D4"/>
    <w:rsid w:val="00CA361C"/>
    <w:rsid w:val="00CB0664"/>
    <w:rsid w:val="00CE457A"/>
    <w:rsid w:val="00D63B10"/>
    <w:rsid w:val="00DC142C"/>
    <w:rsid w:val="00F23FBD"/>
    <w:rsid w:val="00FB1BB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C5FB7D"/>
  <w14:defaultImageDpi w14:val="300"/>
  <w15:docId w15:val="{A5B7C9CB-03B4-4A7B-8836-1564A24B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Calibri" w:hAnsi="Calibri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2027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Sznyida László</cp:lastModifiedBy>
  <cp:revision>2</cp:revision>
  <dcterms:created xsi:type="dcterms:W3CDTF">2026-06-15T09:00:00Z</dcterms:created>
  <dcterms:modified xsi:type="dcterms:W3CDTF">2026-06-15T09:00:00Z</dcterms:modified>
  <cp:category/>
</cp:coreProperties>
</file>